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DÉMARCHES · AGENDA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MES RENDEZ-VOUS </w:t>
      </w:r>
      <w:r>
        <w:rPr>
          <w:b/>
          <w:i w:val="0"/>
          <w:color w:val="5146D8"/>
          <w:sz w:val="44"/>
        </w:rPr>
        <w:t>DU MOIS</w:t>
      </w:r>
    </w:p>
    <w:p>
      <w:r>
        <w:rPr>
          <w:b w:val="0"/>
          <w:i/>
          <w:color w:val="5146D8"/>
          <w:sz w:val="24"/>
        </w:rPr>
        <w:t>une page sur le frigo</w:t>
      </w:r>
    </w:p>
    <w:p>
      <w:r>
        <w:rPr>
          <w:b w:val="0"/>
          <w:i w:val="0"/>
          <w:color w:val="5B6275"/>
          <w:sz w:val="17"/>
        </w:rPr>
        <w:t>Tableau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Mois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633"/>
        <w:gridCol w:w="2245"/>
        <w:gridCol w:w="2654"/>
        <w:gridCol w:w="2245"/>
        <w:gridCol w:w="1429"/>
      </w:tblGrid>
      <w:tr>
        <w:tc>
          <w:tcPr>
            <w:tcW w:type="dxa" w:w="1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Date, heure</w:t>
            </w:r>
          </w:p>
        </w:tc>
        <w:tc>
          <w:tcPr>
            <w:tcW w:type="dxa" w:w="224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Avec qui</w:t>
            </w:r>
          </w:p>
        </w:tc>
        <w:tc>
          <w:tcPr>
            <w:tcW w:type="dxa" w:w="265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Adresse</w:t>
            </w:r>
          </w:p>
        </w:tc>
        <w:tc>
          <w:tcPr>
            <w:tcW w:type="dxa" w:w="224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J’apporte</w:t>
            </w:r>
          </w:p>
        </w:tc>
        <w:tc>
          <w:tcPr>
            <w:tcW w:type="dxa" w:w="142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Accompagné par</w:t>
            </w:r>
          </w:p>
        </w:tc>
      </w:tr>
      <w:tr>
        <w:trPr>
          <w:trHeight w:val="737" w:hRule="atLeast"/>
        </w:trPr>
        <w:tc>
          <w:tcPr>
            <w:tcW w:type="dxa" w:w="1633"/>
          </w:tcPr>
          <w:p/>
        </w:tc>
        <w:tc>
          <w:tcPr>
            <w:tcW w:type="dxa" w:w="2245"/>
          </w:tcPr>
          <w:p/>
        </w:tc>
        <w:tc>
          <w:tcPr>
            <w:tcW w:type="dxa" w:w="2654"/>
          </w:tcPr>
          <w:p/>
        </w:tc>
        <w:tc>
          <w:tcPr>
            <w:tcW w:type="dxa" w:w="2245"/>
          </w:tcPr>
          <w:p/>
        </w:tc>
        <w:tc>
          <w:tcPr>
            <w:tcW w:type="dxa" w:w="1429"/>
          </w:tcPr>
          <w:p/>
        </w:tc>
      </w:tr>
      <w:tr>
        <w:trPr>
          <w:trHeight w:val="737" w:hRule="atLeast"/>
        </w:trPr>
        <w:tc>
          <w:tcPr>
            <w:tcW w:type="dxa" w:w="1633"/>
          </w:tcPr>
          <w:p/>
        </w:tc>
        <w:tc>
          <w:tcPr>
            <w:tcW w:type="dxa" w:w="2245"/>
          </w:tcPr>
          <w:p/>
        </w:tc>
        <w:tc>
          <w:tcPr>
            <w:tcW w:type="dxa" w:w="2654"/>
          </w:tcPr>
          <w:p/>
        </w:tc>
        <w:tc>
          <w:tcPr>
            <w:tcW w:type="dxa" w:w="2245"/>
          </w:tcPr>
          <w:p/>
        </w:tc>
        <w:tc>
          <w:tcPr>
            <w:tcW w:type="dxa" w:w="1429"/>
          </w:tcPr>
          <w:p/>
        </w:tc>
      </w:tr>
      <w:tr>
        <w:trPr>
          <w:trHeight w:val="737" w:hRule="atLeast"/>
        </w:trPr>
        <w:tc>
          <w:tcPr>
            <w:tcW w:type="dxa" w:w="1633"/>
          </w:tcPr>
          <w:p/>
        </w:tc>
        <w:tc>
          <w:tcPr>
            <w:tcW w:type="dxa" w:w="2245"/>
          </w:tcPr>
          <w:p/>
        </w:tc>
        <w:tc>
          <w:tcPr>
            <w:tcW w:type="dxa" w:w="2654"/>
          </w:tcPr>
          <w:p/>
        </w:tc>
        <w:tc>
          <w:tcPr>
            <w:tcW w:type="dxa" w:w="2245"/>
          </w:tcPr>
          <w:p/>
        </w:tc>
        <w:tc>
          <w:tcPr>
            <w:tcW w:type="dxa" w:w="1429"/>
          </w:tcPr>
          <w:p/>
        </w:tc>
      </w:tr>
      <w:tr>
        <w:trPr>
          <w:trHeight w:val="737" w:hRule="atLeast"/>
        </w:trPr>
        <w:tc>
          <w:tcPr>
            <w:tcW w:type="dxa" w:w="1633"/>
          </w:tcPr>
          <w:p/>
        </w:tc>
        <w:tc>
          <w:tcPr>
            <w:tcW w:type="dxa" w:w="2245"/>
          </w:tcPr>
          <w:p/>
        </w:tc>
        <w:tc>
          <w:tcPr>
            <w:tcW w:type="dxa" w:w="2654"/>
          </w:tcPr>
          <w:p/>
        </w:tc>
        <w:tc>
          <w:tcPr>
            <w:tcW w:type="dxa" w:w="2245"/>
          </w:tcPr>
          <w:p/>
        </w:tc>
        <w:tc>
          <w:tcPr>
            <w:tcW w:type="dxa" w:w="1429"/>
          </w:tcPr>
          <w:p/>
        </w:tc>
      </w:tr>
      <w:tr>
        <w:trPr>
          <w:trHeight w:val="737" w:hRule="atLeast"/>
        </w:trPr>
        <w:tc>
          <w:tcPr>
            <w:tcW w:type="dxa" w:w="1633"/>
          </w:tcPr>
          <w:p/>
        </w:tc>
        <w:tc>
          <w:tcPr>
            <w:tcW w:type="dxa" w:w="2245"/>
          </w:tcPr>
          <w:p/>
        </w:tc>
        <w:tc>
          <w:tcPr>
            <w:tcW w:type="dxa" w:w="2654"/>
          </w:tcPr>
          <w:p/>
        </w:tc>
        <w:tc>
          <w:tcPr>
            <w:tcW w:type="dxa" w:w="2245"/>
          </w:tcPr>
          <w:p/>
        </w:tc>
        <w:tc>
          <w:tcPr>
            <w:tcW w:type="dxa" w:w="1429"/>
          </w:tcPr>
          <w:p/>
        </w:tc>
      </w:tr>
      <w:tr>
        <w:trPr>
          <w:trHeight w:val="737" w:hRule="atLeast"/>
        </w:trPr>
        <w:tc>
          <w:tcPr>
            <w:tcW w:type="dxa" w:w="1633"/>
          </w:tcPr>
          <w:p/>
        </w:tc>
        <w:tc>
          <w:tcPr>
            <w:tcW w:type="dxa" w:w="2245"/>
          </w:tcPr>
          <w:p/>
        </w:tc>
        <w:tc>
          <w:tcPr>
            <w:tcW w:type="dxa" w:w="2654"/>
          </w:tcPr>
          <w:p/>
        </w:tc>
        <w:tc>
          <w:tcPr>
            <w:tcW w:type="dxa" w:w="2245"/>
          </w:tcPr>
          <w:p/>
        </w:tc>
        <w:tc>
          <w:tcPr>
            <w:tcW w:type="dxa" w:w="1429"/>
          </w:tcPr>
          <w:p/>
        </w:tc>
      </w:tr>
      <w:tr>
        <w:trPr>
          <w:trHeight w:val="737" w:hRule="atLeast"/>
        </w:trPr>
        <w:tc>
          <w:tcPr>
            <w:tcW w:type="dxa" w:w="1633"/>
          </w:tcPr>
          <w:p/>
        </w:tc>
        <w:tc>
          <w:tcPr>
            <w:tcW w:type="dxa" w:w="2245"/>
          </w:tcPr>
          <w:p/>
        </w:tc>
        <w:tc>
          <w:tcPr>
            <w:tcW w:type="dxa" w:w="2654"/>
          </w:tcPr>
          <w:p/>
        </w:tc>
        <w:tc>
          <w:tcPr>
            <w:tcW w:type="dxa" w:w="2245"/>
          </w:tcPr>
          <w:p/>
        </w:tc>
        <w:tc>
          <w:tcPr>
            <w:tcW w:type="dxa" w:w="1429"/>
          </w:tcPr>
          <w:p/>
        </w:tc>
      </w:tr>
      <w:tr>
        <w:trPr>
          <w:trHeight w:val="737" w:hRule="atLeast"/>
        </w:trPr>
        <w:tc>
          <w:tcPr>
            <w:tcW w:type="dxa" w:w="1633"/>
          </w:tcPr>
          <w:p/>
        </w:tc>
        <w:tc>
          <w:tcPr>
            <w:tcW w:type="dxa" w:w="2245"/>
          </w:tcPr>
          <w:p/>
        </w:tc>
        <w:tc>
          <w:tcPr>
            <w:tcW w:type="dxa" w:w="2654"/>
          </w:tcPr>
          <w:p/>
        </w:tc>
        <w:tc>
          <w:tcPr>
            <w:tcW w:type="dxa" w:w="2245"/>
          </w:tcPr>
          <w:p/>
        </w:tc>
        <w:tc>
          <w:tcPr>
            <w:tcW w:type="dxa" w:w="1429"/>
          </w:tcPr>
          <w:p/>
        </w:tc>
      </w:tr>
      <w:tr>
        <w:trPr>
          <w:trHeight w:val="737" w:hRule="atLeast"/>
        </w:trPr>
        <w:tc>
          <w:tcPr>
            <w:tcW w:type="dxa" w:w="1633"/>
          </w:tcPr>
          <w:p/>
        </w:tc>
        <w:tc>
          <w:tcPr>
            <w:tcW w:type="dxa" w:w="2245"/>
          </w:tcPr>
          <w:p/>
        </w:tc>
        <w:tc>
          <w:tcPr>
            <w:tcW w:type="dxa" w:w="2654"/>
          </w:tcPr>
          <w:p/>
        </w:tc>
        <w:tc>
          <w:tcPr>
            <w:tcW w:type="dxa" w:w="2245"/>
          </w:tcPr>
          <w:p/>
        </w:tc>
        <w:tc>
          <w:tcPr>
            <w:tcW w:type="dxa" w:w="1429"/>
          </w:tcPr>
          <w:p/>
        </w:tc>
      </w:tr>
      <w:tr>
        <w:trPr>
          <w:trHeight w:val="737" w:hRule="atLeast"/>
        </w:trPr>
        <w:tc>
          <w:tcPr>
            <w:tcW w:type="dxa" w:w="1633"/>
          </w:tcPr>
          <w:p/>
        </w:tc>
        <w:tc>
          <w:tcPr>
            <w:tcW w:type="dxa" w:w="2245"/>
          </w:tcPr>
          <w:p/>
        </w:tc>
        <w:tc>
          <w:tcPr>
            <w:tcW w:type="dxa" w:w="2654"/>
          </w:tcPr>
          <w:p/>
        </w:tc>
        <w:tc>
          <w:tcPr>
            <w:tcW w:type="dxa" w:w="2245"/>
          </w:tcPr>
          <w:p/>
        </w:tc>
        <w:tc>
          <w:tcPr>
            <w:tcW w:type="dxa" w:w="1429"/>
          </w:tcPr>
          <w:p/>
        </w:tc>
      </w:tr>
      <w:tr>
        <w:trPr>
          <w:trHeight w:val="737" w:hRule="atLeast"/>
        </w:trPr>
        <w:tc>
          <w:tcPr>
            <w:tcW w:type="dxa" w:w="1633"/>
          </w:tcPr>
          <w:p/>
        </w:tc>
        <w:tc>
          <w:tcPr>
            <w:tcW w:type="dxa" w:w="2245"/>
          </w:tcPr>
          <w:p/>
        </w:tc>
        <w:tc>
          <w:tcPr>
            <w:tcW w:type="dxa" w:w="2654"/>
          </w:tcPr>
          <w:p/>
        </w:tc>
        <w:tc>
          <w:tcPr>
            <w:tcW w:type="dxa" w:w="2245"/>
          </w:tcPr>
          <w:p/>
        </w:tc>
        <w:tc>
          <w:tcPr>
            <w:tcW w:type="dxa" w:w="1429"/>
          </w:tcPr>
          <w:p/>
        </w:tc>
      </w:tr>
      <w:tr>
        <w:trPr>
          <w:trHeight w:val="737" w:hRule="atLeast"/>
        </w:trPr>
        <w:tc>
          <w:tcPr>
            <w:tcW w:type="dxa" w:w="1633"/>
          </w:tcPr>
          <w:p/>
        </w:tc>
        <w:tc>
          <w:tcPr>
            <w:tcW w:type="dxa" w:w="2245"/>
          </w:tcPr>
          <w:p/>
        </w:tc>
        <w:tc>
          <w:tcPr>
            <w:tcW w:type="dxa" w:w="2654"/>
          </w:tcPr>
          <w:p/>
        </w:tc>
        <w:tc>
          <w:tcPr>
            <w:tcW w:type="dxa" w:w="2245"/>
          </w:tcPr>
          <w:p/>
        </w:tc>
        <w:tc>
          <w:tcPr>
            <w:tcW w:type="dxa" w:w="1429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des rendez-vous du mois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