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MOIS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LE CALENDRIER </w:t>
      </w:r>
      <w:r>
        <w:rPr>
          <w:b/>
          <w:i w:val="0"/>
          <w:color w:val="5146D8"/>
          <w:sz w:val="44"/>
        </w:rPr>
        <w:t>DU MOIS</w:t>
      </w:r>
    </w:p>
    <w:p>
      <w:r>
        <w:rPr>
          <w:b w:val="0"/>
          <w:i/>
          <w:color w:val="5146D8"/>
          <w:sz w:val="24"/>
        </w:rPr>
        <w:t>rendez-vous, visites, sorties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Lundi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Mardi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Mercredi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Vendredi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Samedi</w:t>
            </w:r>
          </w:p>
        </w:tc>
        <w:tc>
          <w:tcPr>
            <w:tcW w:type="dxa" w:w="216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Dimanche</w:t>
            </w:r>
          </w:p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rPr>
          <w:trHeight w:val="850" w:hRule="atLeast"/>
        </w:trP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LÉGENDE PROPOSÉE</w:t>
      </w:r>
    </w:p>
    <w:p>
      <w:pPr>
        <w:pStyle w:val="ListBullet"/>
      </w:pPr>
      <w:r>
        <w:rPr>
          <w:b w:val="0"/>
          <w:i w:val="0"/>
          <w:sz w:val="20"/>
        </w:rPr>
        <w:t>🩺 rendez-vous · 👨‍👩‍👧 visite ou appel de la famille</w:t>
      </w:r>
    </w:p>
    <w:p>
      <w:pPr>
        <w:pStyle w:val="ListBullet"/>
      </w:pPr>
      <w:r>
        <w:rPr>
          <w:b w:val="0"/>
          <w:i w:val="0"/>
          <w:sz w:val="20"/>
        </w:rPr>
        <w:t>🌳 sortie · 🎂 anniversaire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MOIS ET ANNÉE · À NE PAS OUBLIER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du mois à compléter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