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REPÈRES · CARTES À DÉCOUPER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24 CARTES </w:t>
      </w:r>
      <w:r>
        <w:rPr>
          <w:b/>
          <w:i w:val="0"/>
          <w:color w:val="5146D8"/>
          <w:sz w:val="44"/>
        </w:rPr>
        <w:t>DU QUOTIDIEN</w:t>
      </w:r>
    </w:p>
    <w:p>
      <w:r>
        <w:rPr>
          <w:b w:val="0"/>
          <w:i/>
          <w:color w:val="5146D8"/>
          <w:sz w:val="24"/>
        </w:rPr>
        <w:t>à découper et à plastifier</w:t>
      </w:r>
    </w:p>
    <w:p>
      <w:r>
        <w:rPr>
          <w:b w:val="0"/>
          <w:i w:val="0"/>
          <w:color w:val="5B6275"/>
          <w:sz w:val="17"/>
        </w:rPr>
        <w:t>Planche A4 · 2 pages · Gratuit · Association ADéPA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CEAFD"/>
          </w:tcPr>
          <w:p>
            <w:r>
              <w:rPr>
                <w:b/>
                <w:i w:val="0"/>
                <w:sz w:val="20"/>
              </w:rPr>
              <w:t>Mode d’emploi :</w:t>
            </w:r>
            <w:r>
              <w:rPr>
                <w:b w:val="0"/>
                <w:i w:val="0"/>
                <w:sz w:val="20"/>
              </w:rPr>
              <w:t xml:space="preserve"> découpez, plastifiez, collez un velcro au dos. Une carte = une étape. Remplacez l’image par une photo du lieu réel dès que vous le pouvez : c’est elle que la personne reconnaît.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dashed" w:sz="8" w:color="9AA1B4"/>
          <w:left w:val="dashed" w:sz="8" w:color="9AA1B4"/>
          <w:bottom w:val="dashed" w:sz="8" w:color="9AA1B4"/>
          <w:right w:val="dashed" w:sz="8" w:color="9AA1B4"/>
          <w:insideH w:val="dashed" w:sz="8" w:color="9AA1B4"/>
          <w:insideV w:val="dashed" w:sz="8" w:color="9AA1B4"/>
        </w:tblBorders>
      </w:tblPr>
      <w:tblGrid>
        <w:gridCol w:w="2551"/>
        <w:gridCol w:w="2551"/>
        <w:gridCol w:w="2551"/>
        <w:gridCol w:w="2551"/>
      </w:tblGrid>
      <w:tr>
        <w:trPr>
          <w:trHeight w:val="2835" w:hRule="atLeast"/>
        </w:trPr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🌅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Se lever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🚽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Toilettes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🧼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Se laver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👕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S’habiller</w:t>
            </w:r>
          </w:p>
        </w:tc>
      </w:tr>
      <w:tr>
        <w:trPr>
          <w:trHeight w:val="2835" w:hRule="atLeast"/>
        </w:trPr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🥣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Petit déjeuner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🪥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Se brosser les dents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🎒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Prendre son sac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🚌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Bus</w:t>
            </w:r>
          </w:p>
        </w:tc>
      </w:tr>
      <w:tr>
        <w:trPr>
          <w:trHeight w:val="2835" w:hRule="atLeast"/>
        </w:trPr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🏫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École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📚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Travail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🍽️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Repas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🛝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Récréation</w:t>
            </w:r>
          </w:p>
        </w:tc>
      </w:tr>
    </w:tbl>
    <w:p/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dashed" w:sz="8" w:color="9AA1B4"/>
          <w:left w:val="dashed" w:sz="8" w:color="9AA1B4"/>
          <w:bottom w:val="dashed" w:sz="8" w:color="9AA1B4"/>
          <w:right w:val="dashed" w:sz="8" w:color="9AA1B4"/>
          <w:insideH w:val="dashed" w:sz="8" w:color="9AA1B4"/>
          <w:insideV w:val="dashed" w:sz="8" w:color="9AA1B4"/>
        </w:tblBorders>
      </w:tblPr>
      <w:tblGrid>
        <w:gridCol w:w="2551"/>
        <w:gridCol w:w="2551"/>
        <w:gridCol w:w="2551"/>
        <w:gridCol w:w="2551"/>
      </w:tblGrid>
      <w:tr>
        <w:trPr>
          <w:trHeight w:val="2835" w:hRule="atLeast"/>
        </w:trPr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🎨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Atelier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⚽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Sport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🌳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Sortie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🍎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Goûter</w:t>
            </w:r>
          </w:p>
        </w:tc>
      </w:tr>
      <w:tr>
        <w:trPr>
          <w:trHeight w:val="2835" w:hRule="atLeast"/>
        </w:trPr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🧸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Temps calme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📺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Écran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🛁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Bain ou douche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🛏️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Dormir</w:t>
            </w:r>
          </w:p>
        </w:tc>
      </w:tr>
      <w:tr>
        <w:trPr>
          <w:trHeight w:val="2835" w:hRule="atLeast"/>
        </w:trPr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🚗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Voiture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🩺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Rendez-vous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📞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Appel à la famille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🏠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Maison</w:t>
            </w:r>
          </w:p>
        </w:tc>
      </w:tr>
    </w:tbl>
    <w:p/>
    <w:p>
      <w:pPr>
        <w:spacing w:before="160" w:after="60"/>
      </w:pPr>
      <w:r>
        <w:rPr>
          <w:b/>
          <w:i w:val="0"/>
          <w:color w:val="1E2746"/>
          <w:sz w:val="19"/>
        </w:rPr>
        <w:t>CARTES VIERGES POUR VOS PROPRES ÉTAPES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dashed" w:sz="8" w:color="9AA1B4"/>
          <w:left w:val="dashed" w:sz="8" w:color="9AA1B4"/>
          <w:bottom w:val="dashed" w:sz="8" w:color="9AA1B4"/>
          <w:right w:val="dashed" w:sz="8" w:color="9AA1B4"/>
          <w:insideH w:val="dashed" w:sz="8" w:color="9AA1B4"/>
          <w:insideV w:val="dashed" w:sz="8" w:color="9AA1B4"/>
        </w:tblBorders>
      </w:tblPr>
      <w:tblGrid>
        <w:gridCol w:w="2551"/>
        <w:gridCol w:w="2551"/>
        <w:gridCol w:w="2551"/>
        <w:gridCol w:w="2551"/>
      </w:tblGrid>
      <w:tr>
        <w:trPr>
          <w:trHeight w:val="2268" w:hRule="atLeast"/>
        </w:trPr>
        <w:tc>
          <w:tcPr>
            <w:tcW w:type="dxa" w:w="2551"/>
          </w:tcPr>
          <w:p>
            <w:pPr>
              <w:jc w:val="center"/>
            </w:pPr>
          </w:p>
          <w:p>
            <w:pPr>
              <w:jc w:val="center"/>
            </w:pPr>
          </w:p>
        </w:tc>
        <w:tc>
          <w:tcPr>
            <w:tcW w:type="dxa" w:w="2551"/>
          </w:tcPr>
          <w:p>
            <w:pPr>
              <w:jc w:val="center"/>
            </w:pPr>
          </w:p>
          <w:p>
            <w:pPr>
              <w:jc w:val="center"/>
            </w:pPr>
          </w:p>
        </w:tc>
        <w:tc>
          <w:tcPr>
            <w:tcW w:type="dxa" w:w="2551"/>
          </w:tcPr>
          <w:p>
            <w:pPr>
              <w:jc w:val="center"/>
            </w:pPr>
          </w:p>
          <w:p>
            <w:pPr>
              <w:jc w:val="center"/>
            </w:pPr>
          </w:p>
        </w:tc>
        <w:tc>
          <w:tcPr>
            <w:tcW w:type="dxa" w:w="2551"/>
          </w:tcPr>
          <w:p>
            <w:pPr>
              <w:jc w:val="center"/>
            </w:pPr>
          </w:p>
          <w:p>
            <w:pPr>
              <w:jc w:val="center"/>
            </w:pPr>
          </w:p>
        </w:tc>
      </w:tr>
    </w:tbl>
    <w:p/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24 cartes images du quotidien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