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MOTIVATION · À REMETTRE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DIPLÔMES </w:t>
      </w:r>
      <w:r>
        <w:rPr>
          <w:b/>
          <w:i w:val="0"/>
          <w:color w:val="5146D8"/>
          <w:sz w:val="44"/>
        </w:rPr>
        <w:t>DE RÉUSSITE</w:t>
      </w:r>
    </w:p>
    <w:p>
      <w:r>
        <w:rPr>
          <w:b w:val="0"/>
          <w:i/>
          <w:color w:val="5146D8"/>
          <w:sz w:val="24"/>
        </w:rPr>
        <w:t>pour fêter ce qui a été fait</w:t>
      </w:r>
    </w:p>
    <w:p>
      <w:r>
        <w:rPr>
          <w:b w:val="0"/>
          <w:i w:val="0"/>
          <w:color w:val="5B6275"/>
          <w:sz w:val="17"/>
        </w:rPr>
        <w:t>Diplômes A4 · 4 pages · Gratuit · Association ADéPA</w:t>
      </w:r>
    </w:p>
    <w:p>
      <w:r>
        <w:rPr>
          <w:b/>
          <w:i w:val="0"/>
          <w:sz w:val="21"/>
        </w:rPr>
        <w:t>Diplôme du bravo</w:t>
      </w:r>
      <w:r>
        <w:rPr>
          <w:b w:val="0"/>
          <w:i w:val="0"/>
          <w:sz w:val="21"/>
        </w:rPr>
        <w:t xml:space="preserve"> est décerné à ____________________ pour ce qu’il ou elle a réussi aujourd’hui : 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5103"/>
        <w:gridCol w:w="5103"/>
      </w:tblGrid>
      <w:tr>
        <w:trPr>
          <w:trHeight w:val="1361" w:hRule="atLeast"/>
        </w:trPr>
        <w:tc>
          <w:tcPr>
            <w:tcW w:type="dxa" w:w="5103"/>
          </w:tcPr>
          <w:p>
            <w:r>
              <w:rPr>
                <w:b/>
                <w:i w:val="0"/>
                <w:color w:val="5146D8"/>
                <w:sz w:val="17"/>
              </w:rPr>
              <w:t>SIGNATURE DE L’ADULTE</w:t>
            </w:r>
          </w:p>
        </w:tc>
        <w:tc>
          <w:tcPr>
            <w:tcW w:type="dxa" w:w="5103"/>
          </w:tcPr>
          <w:p>
            <w:r>
              <w:rPr>
                <w:b/>
                <w:i w:val="0"/>
                <w:color w:val="5146D8"/>
                <w:sz w:val="17"/>
              </w:rPr>
              <w:t>SIGNATURE DE L’ENFANT</w:t>
            </w:r>
          </w:p>
        </w:tc>
      </w:tr>
    </w:tbl>
    <w:p/>
    <w:p>
      <w:r>
        <w:br w:type="page"/>
      </w:r>
    </w:p>
    <w:p>
      <w:r>
        <w:rPr>
          <w:b/>
          <w:i w:val="0"/>
          <w:sz w:val="21"/>
        </w:rPr>
        <w:t>Diplôme de l’entraide</w:t>
      </w:r>
      <w:r>
        <w:rPr>
          <w:b w:val="0"/>
          <w:i w:val="0"/>
          <w:sz w:val="21"/>
        </w:rPr>
        <w:t xml:space="preserve"> est décerné à ____________________ pour avoir aidé quelqu’un du groupe : 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5103"/>
        <w:gridCol w:w="5103"/>
      </w:tblGrid>
      <w:tr>
        <w:trPr>
          <w:trHeight w:val="1361" w:hRule="atLeast"/>
        </w:trPr>
        <w:tc>
          <w:tcPr>
            <w:tcW w:type="dxa" w:w="5103"/>
          </w:tcPr>
          <w:p>
            <w:r>
              <w:rPr>
                <w:b/>
                <w:i w:val="0"/>
                <w:color w:val="5146D8"/>
                <w:sz w:val="17"/>
              </w:rPr>
              <w:t>SIGNATURE DE L’ADULTE</w:t>
            </w:r>
          </w:p>
        </w:tc>
        <w:tc>
          <w:tcPr>
            <w:tcW w:type="dxa" w:w="5103"/>
          </w:tcPr>
          <w:p>
            <w:r>
              <w:rPr>
                <w:b/>
                <w:i w:val="0"/>
                <w:color w:val="5146D8"/>
                <w:sz w:val="17"/>
              </w:rPr>
              <w:t>SIGNATURE DE L’ENFANT</w:t>
            </w:r>
          </w:p>
        </w:tc>
      </w:tr>
    </w:tbl>
    <w:p/>
    <w:p>
      <w:r>
        <w:br w:type="page"/>
      </w:r>
    </w:p>
    <w:p>
      <w:r>
        <w:rPr>
          <w:b/>
          <w:i w:val="0"/>
          <w:sz w:val="21"/>
        </w:rPr>
        <w:t>Diplôme de la persévérance</w:t>
      </w:r>
      <w:r>
        <w:rPr>
          <w:b w:val="0"/>
          <w:i w:val="0"/>
          <w:sz w:val="21"/>
        </w:rPr>
        <w:t xml:space="preserve"> est décerné à ____________________ pour avoir continué même quand c’était difficile : 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5103"/>
        <w:gridCol w:w="5103"/>
      </w:tblGrid>
      <w:tr>
        <w:trPr>
          <w:trHeight w:val="1361" w:hRule="atLeast"/>
        </w:trPr>
        <w:tc>
          <w:tcPr>
            <w:tcW w:type="dxa" w:w="5103"/>
          </w:tcPr>
          <w:p>
            <w:r>
              <w:rPr>
                <w:b/>
                <w:i w:val="0"/>
                <w:color w:val="5146D8"/>
                <w:sz w:val="17"/>
              </w:rPr>
              <w:t>SIGNATURE DE L’ADULTE</w:t>
            </w:r>
          </w:p>
        </w:tc>
        <w:tc>
          <w:tcPr>
            <w:tcW w:type="dxa" w:w="5103"/>
          </w:tcPr>
          <w:p>
            <w:r>
              <w:rPr>
                <w:b/>
                <w:i w:val="0"/>
                <w:color w:val="5146D8"/>
                <w:sz w:val="17"/>
              </w:rPr>
              <w:t>SIGNATURE DE L’ENFANT</w:t>
            </w:r>
          </w:p>
        </w:tc>
      </w:tr>
    </w:tbl>
    <w:p/>
    <w:p>
      <w:r>
        <w:br w:type="page"/>
      </w:r>
    </w:p>
    <w:p>
      <w:r>
        <w:rPr>
          <w:b/>
          <w:i w:val="0"/>
          <w:sz w:val="21"/>
        </w:rPr>
        <w:t>Diplôme du premier jour</w:t>
      </w:r>
      <w:r>
        <w:rPr>
          <w:b w:val="0"/>
          <w:i w:val="0"/>
          <w:sz w:val="21"/>
        </w:rPr>
        <w:t xml:space="preserve"> est décerné à ____________________ pour sa première journée avec nous. Bienvenue !</w:t>
      </w:r>
    </w:p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5103"/>
        <w:gridCol w:w="5103"/>
      </w:tblGrid>
      <w:tr>
        <w:trPr>
          <w:trHeight w:val="1361" w:hRule="atLeast"/>
        </w:trPr>
        <w:tc>
          <w:tcPr>
            <w:tcW w:type="dxa" w:w="5103"/>
          </w:tcPr>
          <w:p>
            <w:r>
              <w:rPr>
                <w:b/>
                <w:i w:val="0"/>
                <w:color w:val="5146D8"/>
                <w:sz w:val="17"/>
              </w:rPr>
              <w:t>SIGNATURE DE L’ADULTE</w:t>
            </w:r>
          </w:p>
        </w:tc>
        <w:tc>
          <w:tcPr>
            <w:tcW w:type="dxa" w:w="5103"/>
          </w:tcPr>
          <w:p>
            <w:r>
              <w:rPr>
                <w:b/>
                <w:i w:val="0"/>
                <w:color w:val="5146D8"/>
                <w:sz w:val="17"/>
              </w:rPr>
              <w:t>SIGNATURE DE L’ENFANT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Quatre diplômes de réussite pour les enfants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