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ORGANISATION · SORTIE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FICHE </w:t>
      </w:r>
      <w:r>
        <w:rPr>
          <w:b/>
          <w:i w:val="0"/>
          <w:color w:val="5146D8"/>
          <w:sz w:val="44"/>
        </w:rPr>
        <w:t>DE SORTIE</w:t>
      </w:r>
    </w:p>
    <w:p>
      <w:r>
        <w:rPr>
          <w:b w:val="0"/>
          <w:i/>
          <w:color w:val="5146D8"/>
          <w:sz w:val="24"/>
        </w:rPr>
        <w:t>elle reste à la structure</w:t>
      </w:r>
    </w:p>
    <w:p>
      <w:r>
        <w:rPr>
          <w:b w:val="0"/>
          <w:i w:val="0"/>
          <w:color w:val="5B6275"/>
          <w:sz w:val="17"/>
        </w:rPr>
        <w:t>Fiche A4 · 1 page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Lieu de la sortie, adresse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Date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Départ / retour prévus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Transport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Téléphone joignable sur place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Responsable de la sortie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60" w:after="60"/>
      </w:pPr>
      <w:r>
        <w:rPr>
          <w:b/>
          <w:i w:val="0"/>
          <w:color w:val="1E2746"/>
          <w:sz w:val="19"/>
        </w:rPr>
        <w:t>PARTICIPANTS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816"/>
        <w:gridCol w:w="4287"/>
        <w:gridCol w:w="1633"/>
        <w:gridCol w:w="1633"/>
        <w:gridCol w:w="1837"/>
      </w:tblGrid>
      <w:tr>
        <w:tc>
          <w:tcPr>
            <w:tcW w:type="dxa" w:w="816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N°</w:t>
            </w:r>
          </w:p>
        </w:tc>
        <w:tc>
          <w:tcPr>
            <w:tcW w:type="dxa" w:w="428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Nom et prénom</w:t>
            </w:r>
          </w:p>
        </w:tc>
        <w:tc>
          <w:tcPr>
            <w:tcW w:type="dxa" w:w="1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Présent au départ</w:t>
            </w:r>
          </w:p>
        </w:tc>
        <w:tc>
          <w:tcPr>
            <w:tcW w:type="dxa" w:w="1633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Présent au retour</w:t>
            </w:r>
          </w:p>
        </w:tc>
        <w:tc>
          <w:tcPr>
            <w:tcW w:type="dxa" w:w="183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Remarque</w:t>
            </w:r>
          </w:p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1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2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3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4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5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6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7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8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9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10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11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12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13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  <w:tr>
        <w:tc>
          <w:tcPr>
            <w:tcW w:type="dxa" w:w="816"/>
          </w:tcPr>
          <w:p>
            <w:r>
              <w:rPr>
                <w:b w:val="0"/>
                <w:i w:val="0"/>
                <w:sz w:val="20"/>
              </w:rPr>
              <w:t>14</w:t>
            </w:r>
          </w:p>
        </w:tc>
        <w:tc>
          <w:tcPr>
            <w:tcW w:type="dxa" w:w="4287"/>
          </w:tcPr>
          <w:p/>
        </w:tc>
        <w:tc>
          <w:tcPr>
            <w:tcW w:type="dxa" w:w="1633"/>
          </w:tcPr>
          <w:p/>
        </w:tc>
        <w:tc>
          <w:tcPr>
            <w:tcW w:type="dxa" w:w="1633"/>
          </w:tcPr>
          <w:p/>
        </w:tc>
        <w:tc>
          <w:tcPr>
            <w:tcW w:type="dxa" w:w="1837"/>
          </w:tcPr>
          <w:p/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Encadrants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Visa de la direction</w:t>
      </w:r>
    </w:p>
    <w:p>
      <w:pPr>
        <w:spacing w:after="0" w:before="200"/>
        <w:pBdr>
          <w:bottom w:val="dotted" w:sz="6" w:color="9AA1B4"/>
        </w:pBdr>
      </w:pP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sortie à remettre à la direction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