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FAMILLES · RÉUNION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INVITATION </w:t>
      </w:r>
      <w:r>
        <w:rPr>
          <w:b/>
          <w:i w:val="0"/>
          <w:color w:val="5146D8"/>
          <w:sz w:val="44"/>
        </w:rPr>
        <w:t>RÉUNION DES FAMILLES</w:t>
      </w:r>
    </w:p>
    <w:p>
      <w:r>
        <w:rPr>
          <w:b w:val="0"/>
          <w:i/>
          <w:color w:val="5146D8"/>
          <w:sz w:val="24"/>
        </w:rPr>
        <w:t>nous serions heureux de vous voir</w:t>
      </w:r>
    </w:p>
    <w:p>
      <w:r>
        <w:rPr>
          <w:b w:val="0"/>
          <w:i w:val="0"/>
          <w:color w:val="5B6275"/>
          <w:sz w:val="17"/>
        </w:rPr>
        <w:t>Modèle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Heure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Durée prévue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AU PROGRAMME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Les enfants peuvent être accueillis pendant la réunion.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Un interprète peut être présent si vous le demandez.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928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COUPON À RAPPORTER</w:t>
            </w:r>
          </w:p>
          <w:p>
            <w:r>
              <w:rPr>
                <w:b w:val="0"/>
                <w:i w:val="0"/>
                <w:color w:val="5B6275"/>
                <w:sz w:val="17"/>
              </w:rPr>
              <w:t>Nom : ______________________ ☐ je viendrai ☐ je ne pourrai pas venir · nombre de personnes : ____ · j’aimerais qu’on parle de : ______________________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à la réunion des familles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