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i w:val="0"/>
          <w:color w:val="5146D8"/>
          <w:sz w:val="17"/>
        </w:rPr>
        <w:t>ÉCRITS · FAMILLES</w:t>
      </w:r>
    </w:p>
    <w:p>
      <w:pPr>
        <w:spacing w:after="0"/>
      </w:pPr>
      <w:r>
        <w:rPr>
          <w:b/>
          <w:i w:val="0"/>
          <w:color w:val="1E2746"/>
          <w:sz w:val="44"/>
        </w:rPr>
        <w:t xml:space="preserve">MODÈLE </w:t>
      </w:r>
      <w:r>
        <w:rPr>
          <w:b/>
          <w:i w:val="0"/>
          <w:color w:val="5146D8"/>
          <w:sz w:val="44"/>
        </w:rPr>
        <w:t>COURRIER AUX PARENTS</w:t>
      </w:r>
    </w:p>
    <w:p>
      <w:r>
        <w:rPr>
          <w:b w:val="0"/>
          <w:i/>
          <w:color w:val="5146D8"/>
          <w:sz w:val="24"/>
        </w:rPr>
        <w:t>clair, poli, court</w:t>
      </w:r>
    </w:p>
    <w:p>
      <w:r>
        <w:rPr>
          <w:b w:val="0"/>
          <w:i w:val="0"/>
          <w:color w:val="5B6275"/>
          <w:sz w:val="17"/>
        </w:rPr>
        <w:t>Modèle A4 · 1 page · Gratuit · Association ADéPA</w:t>
      </w:r>
    </w:p>
    <w:p>
      <w:pPr>
        <w:spacing w:before="100" w:after="0"/>
      </w:pPr>
      <w:r>
        <w:rPr>
          <w:b/>
          <w:i w:val="0"/>
          <w:color w:val="5146D8"/>
          <w:sz w:val="17"/>
        </w:rPr>
        <w:t>Structure, adresse, téléphone</w:t>
      </w:r>
    </w:p>
    <w:p>
      <w:pPr>
        <w:spacing w:after="0" w:before="200"/>
        <w:pBdr>
          <w:bottom w:val="dotted" w:sz="6" w:color="9AA1B4"/>
        </w:pBdr>
      </w:pPr>
    </w:p>
    <w:p>
      <w:pPr>
        <w:spacing w:after="0" w:before="200"/>
        <w:pBdr>
          <w:bottom w:val="dotted" w:sz="6" w:color="9AA1B4"/>
        </w:pBdr>
      </w:pPr>
    </w:p>
    <w:p>
      <w:pPr>
        <w:spacing w:before="100" w:after="0"/>
      </w:pPr>
      <w:r>
        <w:rPr>
          <w:b/>
          <w:i w:val="0"/>
          <w:color w:val="5146D8"/>
          <w:sz w:val="17"/>
        </w:rPr>
        <w:t>Lieu et date</w:t>
      </w:r>
    </w:p>
    <w:p>
      <w:pPr>
        <w:spacing w:after="0" w:before="200"/>
        <w:pBdr>
          <w:bottom w:val="dotted" w:sz="6" w:color="9AA1B4"/>
        </w:pBdr>
      </w:pPr>
    </w:p>
    <w:p>
      <w:r>
        <w:rPr>
          <w:b w:val="0"/>
          <w:i w:val="0"/>
          <w:sz w:val="21"/>
        </w:rPr>
        <w:t>Madame, Monsieur,</w:t>
      </w:r>
    </w:p>
    <w:p>
      <w:pPr>
        <w:spacing w:before="100" w:after="0"/>
      </w:pPr>
      <w:r>
        <w:rPr>
          <w:b/>
          <w:i w:val="0"/>
          <w:color w:val="5146D8"/>
          <w:sz w:val="17"/>
        </w:rPr>
        <w:t>1. Pourquoi nous vous écrivons, en une phrase</w:t>
      </w:r>
    </w:p>
    <w:p>
      <w:pPr>
        <w:spacing w:after="0" w:before="200"/>
        <w:pBdr>
          <w:bottom w:val="dotted" w:sz="6" w:color="9AA1B4"/>
        </w:pBdr>
      </w:pPr>
    </w:p>
    <w:p>
      <w:pPr>
        <w:spacing w:after="0" w:before="200"/>
        <w:pBdr>
          <w:bottom w:val="dotted" w:sz="6" w:color="9AA1B4"/>
        </w:pBdr>
      </w:pPr>
    </w:p>
    <w:p>
      <w:pPr>
        <w:spacing w:before="100" w:after="0"/>
      </w:pPr>
      <w:r>
        <w:rPr>
          <w:b/>
          <w:i w:val="0"/>
          <w:color w:val="5146D8"/>
          <w:sz w:val="17"/>
        </w:rPr>
        <w:t>2. Ce qui est prévu : quoi, quand, où, avec qui</w:t>
      </w:r>
    </w:p>
    <w:p>
      <w:pPr>
        <w:spacing w:after="0" w:before="200"/>
        <w:pBdr>
          <w:bottom w:val="dotted" w:sz="6" w:color="9AA1B4"/>
        </w:pBdr>
      </w:pPr>
    </w:p>
    <w:p>
      <w:pPr>
        <w:spacing w:after="0" w:before="200"/>
        <w:pBdr>
          <w:bottom w:val="dotted" w:sz="6" w:color="9AA1B4"/>
        </w:pBdr>
      </w:pPr>
    </w:p>
    <w:p>
      <w:pPr>
        <w:spacing w:after="0" w:before="200"/>
        <w:pBdr>
          <w:bottom w:val="dotted" w:sz="6" w:color="9AA1B4"/>
        </w:pBdr>
      </w:pPr>
    </w:p>
    <w:p>
      <w:pPr>
        <w:spacing w:before="100" w:after="0"/>
      </w:pPr>
      <w:r>
        <w:rPr>
          <w:b/>
          <w:i w:val="0"/>
          <w:color w:val="5146D8"/>
          <w:sz w:val="17"/>
        </w:rPr>
        <w:t>3. Ce que nous vous demandons, et pour quand</w:t>
      </w:r>
    </w:p>
    <w:p>
      <w:pPr>
        <w:spacing w:after="0" w:before="200"/>
        <w:pBdr>
          <w:bottom w:val="dotted" w:sz="6" w:color="9AA1B4"/>
        </w:pBdr>
      </w:pPr>
    </w:p>
    <w:p>
      <w:pPr>
        <w:spacing w:after="0" w:before="200"/>
        <w:pBdr>
          <w:bottom w:val="dotted" w:sz="6" w:color="9AA1B4"/>
        </w:pBdr>
      </w:pPr>
    </w:p>
    <w:p>
      <w:pPr>
        <w:spacing w:before="100" w:after="0"/>
      </w:pPr>
      <w:r>
        <w:rPr>
          <w:b/>
          <w:i w:val="0"/>
          <w:color w:val="5146D8"/>
          <w:sz w:val="17"/>
        </w:rPr>
        <w:t>4. Qui contacter pour une question</w:t>
      </w:r>
    </w:p>
    <w:p>
      <w:pPr>
        <w:spacing w:after="0" w:before="200"/>
        <w:pBdr>
          <w:bottom w:val="dotted" w:sz="6" w:color="9AA1B4"/>
        </w:pBdr>
      </w:pPr>
    </w:p>
    <w:p>
      <w:r>
        <w:rPr>
          <w:b w:val="0"/>
          <w:i w:val="0"/>
          <w:sz w:val="21"/>
        </w:rPr>
        <w:t>Nous restons à votre disposition et vous prions d’agréer, Madame, Monsieur, nos salutations distinguées.</w:t>
      </w:r>
    </w:p>
    <w:tbl>
      <w:tblPr>
        <w:tblW w:type="auto" w:w="0"/>
        <w:tblLook w:firstColumn="1" w:firstRow="1" w:lastColumn="0" w:lastRow="0" w:noHBand="0" w:noVBand="1" w:val="04A0"/>
        <w:tblBorders>
          <w:top w:val="dashed" w:sz="8" w:color="9AA1B4"/>
          <w:left w:val="dashed" w:sz="8" w:color="9AA1B4"/>
          <w:bottom w:val="dashed" w:sz="8" w:color="9AA1B4"/>
          <w:right w:val="dashed" w:sz="8" w:color="9AA1B4"/>
          <w:insideH w:val="dashed" w:sz="8" w:color="9AA1B4"/>
          <w:insideV w:val="dashed" w:sz="8" w:color="9AA1B4"/>
        </w:tblBorders>
      </w:tblPr>
      <w:tblGrid>
        <w:gridCol w:w="10206"/>
      </w:tblGrid>
      <w:tr>
        <w:trPr>
          <w:trHeight w:val="1361" w:hRule="atLeast"/>
        </w:trPr>
        <w:tc>
          <w:tcPr>
            <w:tcW w:type="dxa" w:w="10206"/>
          </w:tcPr>
          <w:p>
            <w:r>
              <w:rPr>
                <w:b/>
                <w:i w:val="0"/>
                <w:color w:val="5146D8"/>
                <w:sz w:val="17"/>
              </w:rPr>
              <w:t>NOM, FONCTION, SIGNATURE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  <w:tblBorders>
          <w:top w:val="dashed" w:sz="8" w:color="9AA1B4"/>
          <w:left w:val="dashed" w:sz="8" w:color="9AA1B4"/>
          <w:bottom w:val="dashed" w:sz="8" w:color="9AA1B4"/>
          <w:right w:val="dashed" w:sz="8" w:color="9AA1B4"/>
          <w:insideH w:val="dashed" w:sz="8" w:color="9AA1B4"/>
          <w:insideV w:val="dashed" w:sz="8" w:color="9AA1B4"/>
        </w:tblBorders>
      </w:tblPr>
      <w:tblGrid>
        <w:gridCol w:w="10206"/>
      </w:tblGrid>
      <w:tr>
        <w:trPr>
          <w:trHeight w:val="1701" w:hRule="atLeast"/>
        </w:trPr>
        <w:tc>
          <w:tcPr>
            <w:tcW w:type="dxa" w:w="10206"/>
          </w:tcPr>
          <w:p>
            <w:r>
              <w:rPr>
                <w:b/>
                <w:i w:val="0"/>
                <w:color w:val="5146D8"/>
                <w:sz w:val="17"/>
              </w:rPr>
              <w:t>COUPON-RÉPONSE À RAPPORTER</w:t>
            </w:r>
          </w:p>
          <w:p>
            <w:r>
              <w:rPr>
                <w:b w:val="0"/>
                <w:i w:val="0"/>
                <w:color w:val="5B6275"/>
                <w:sz w:val="17"/>
              </w:rPr>
              <w:t>Je soussigné(e) ______________________ parent de ______________________ ☐ accepte ☐ n’accepte pas. Date et signature :</w:t>
            </w:r>
          </w:p>
        </w:tc>
      </w:tr>
    </w:tbl>
    <w:p/>
    <w:sectPr w:rsidR="00FC693F" w:rsidRPr="0006063C" w:rsidSect="00034616">
      <w:footerReference w:type="default" r:id="rId9"/>
      <w:pgSz w:w="11906" w:h="16838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 w:val="0"/>
        <w:i w:val="0"/>
        <w:color w:val="5B6275"/>
        <w:sz w:val="15"/>
      </w:rPr>
      <w:t>ADéPA · association loi 1901, Melun (77) · Outil gratuit, à utiliser et à copier librement dans votre structure, pas à revendre · les-extras.fr/ressources · Modèle à adapter et à faire valider par votre structure.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1E274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Modèle : courrier aux parents</dc:title>
  <dc:subject/>
  <dc:creator>Association ADéPA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