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LE JEU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OBSERVER </w:t>
      </w:r>
      <w:r>
        <w:rPr>
          <w:b/>
          <w:i w:val="0"/>
          <w:color w:val="5146D8"/>
          <w:sz w:val="44"/>
        </w:rPr>
        <w:t>LE JEU LIBRE</w:t>
      </w:r>
    </w:p>
    <w:p>
      <w:r>
        <w:rPr>
          <w:b w:val="0"/>
          <w:i/>
          <w:color w:val="5146D8"/>
          <w:sz w:val="24"/>
        </w:rPr>
        <w:t>regarder sans intervenir</w:t>
      </w:r>
    </w:p>
    <w:p>
      <w:r>
        <w:rPr>
          <w:b w:val="0"/>
          <w:i w:val="0"/>
          <w:color w:val="5B6275"/>
          <w:sz w:val="17"/>
        </w:rPr>
        <w:t>Grille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Enfant (prénom ou initiale)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Date, lieu, durée de l’observation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225"/>
        <w:gridCol w:w="2449"/>
        <w:gridCol w:w="1837"/>
        <w:gridCol w:w="1429"/>
        <w:gridCol w:w="3266"/>
      </w:tblGrid>
      <w:tr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Heure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À quoi il joue</w:t>
            </w:r>
          </w:p>
        </w:tc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Avec qui</w:t>
            </w:r>
          </w:p>
        </w:tc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Combien de temps</w:t>
            </w:r>
          </w:p>
        </w:tc>
        <w:tc>
          <w:tcPr>
            <w:tcW w:type="dxa" w:w="3266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qui a interrompu</w:t>
            </w:r>
          </w:p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  <w:tr>
        <w:trPr>
          <w:trHeight w:val="794" w:hRule="atLeast"/>
        </w:trPr>
        <w:tc>
          <w:tcPr>
            <w:tcW w:type="dxa" w:w="1225"/>
          </w:tcPr>
          <w:p/>
        </w:tc>
        <w:tc>
          <w:tcPr>
            <w:tcW w:type="dxa" w:w="2449"/>
          </w:tcPr>
          <w:p/>
        </w:tc>
        <w:tc>
          <w:tcPr>
            <w:tcW w:type="dxa" w:w="1837"/>
          </w:tcPr>
          <w:p/>
        </w:tc>
        <w:tc>
          <w:tcPr>
            <w:tcW w:type="dxa" w:w="1429"/>
          </w:tcPr>
          <w:p/>
        </w:tc>
        <w:tc>
          <w:tcPr>
            <w:tcW w:type="dxa" w:w="3266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F8A5B"/>
          <w:sz w:val="19"/>
        </w:rPr>
        <w:t>CE QUE JE RETIENS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un temps de jeu libre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