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ENTRETIEN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PRÉPARER </w:t>
      </w:r>
      <w:r>
        <w:rPr>
          <w:b/>
          <w:i w:val="0"/>
          <w:color w:val="5146D8"/>
          <w:sz w:val="44"/>
        </w:rPr>
        <w:t>UN ENTRETIEN</w:t>
      </w:r>
    </w:p>
    <w:p>
      <w:r>
        <w:rPr>
          <w:b w:val="0"/>
          <w:i/>
          <w:color w:val="5146D8"/>
          <w:sz w:val="24"/>
        </w:rPr>
        <w:t>pour qu’il serve à tout le monde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Famille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et 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Objet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QUE JE VEUX DIRE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Faits, points d’appui, inquiétudes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CE QUE JE VEUX COMPRENDRE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Questions ouvertes à poser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LA FAMILLE ATTEND PEUT-ÊTRE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PENDANT L’ENTRETIEN</w:t>
      </w:r>
    </w:p>
    <w:p>
      <w:pPr>
        <w:pStyle w:val="ListBullet"/>
      </w:pPr>
      <w:r>
        <w:rPr>
          <w:b w:val="0"/>
          <w:i w:val="0"/>
          <w:sz w:val="20"/>
        </w:rPr>
        <w:t>Commencer par ce qui va.</w:t>
      </w:r>
    </w:p>
    <w:p>
      <w:pPr>
        <w:pStyle w:val="ListBullet"/>
      </w:pPr>
      <w:r>
        <w:rPr>
          <w:b w:val="0"/>
          <w:i w:val="0"/>
          <w:sz w:val="20"/>
        </w:rPr>
        <w:t>Parler de faits, pas de jugements sur la personne.</w:t>
      </w:r>
    </w:p>
    <w:p>
      <w:pPr>
        <w:pStyle w:val="ListBullet"/>
      </w:pPr>
      <w:r>
        <w:rPr>
          <w:b w:val="0"/>
          <w:i w:val="0"/>
          <w:sz w:val="20"/>
        </w:rPr>
        <w:t>Laisser la famille parler sans l’interrompre, reformuler.</w:t>
      </w:r>
    </w:p>
    <w:p>
      <w:pPr>
        <w:pStyle w:val="ListBullet"/>
      </w:pPr>
      <w:r>
        <w:rPr>
          <w:b w:val="0"/>
          <w:i w:val="0"/>
          <w:sz w:val="20"/>
        </w:rPr>
        <w:t>Finir sur une décision ou une prochaine date.</w:t>
      </w:r>
    </w:p>
    <w:p>
      <w:pPr>
        <w:spacing w:before="160" w:after="60"/>
      </w:pPr>
      <w:r>
        <w:rPr>
          <w:b/>
          <w:i w:val="0"/>
          <w:color w:val="F4C542"/>
          <w:sz w:val="19"/>
        </w:rPr>
        <w:t>CE QUI A ÉTÉ CONVENU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un entretien avec une famille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