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5146D8"/>
          <w:sz w:val="17"/>
        </w:rPr>
        <w:t>SCÉNARIO SOCIAL · À LIRE ENSEMBLE</w:t>
      </w:r>
    </w:p>
    <w:p>
      <w:pPr>
        <w:spacing w:after="0"/>
      </w:pPr>
      <w:r>
        <w:rPr>
          <w:b/>
          <w:i w:val="0"/>
          <w:color w:val="1E2746"/>
          <w:sz w:val="44"/>
        </w:rPr>
        <w:t xml:space="preserve">MON HISTOIRE </w:t>
      </w:r>
      <w:r>
        <w:rPr>
          <w:b/>
          <w:i w:val="0"/>
          <w:color w:val="5146D8"/>
          <w:sz w:val="44"/>
        </w:rPr>
        <w:t>ATTENDRE MON TOUR</w:t>
      </w:r>
    </w:p>
    <w:p>
      <w:r>
        <w:rPr>
          <w:b w:val="0"/>
          <w:i/>
          <w:color w:val="5146D8"/>
          <w:sz w:val="24"/>
        </w:rPr>
        <w:t>je peux attendre</w:t>
      </w:r>
    </w:p>
    <w:p>
      <w:r>
        <w:rPr>
          <w:b w:val="0"/>
          <w:i w:val="0"/>
          <w:color w:val="5B6275"/>
          <w:sz w:val="17"/>
        </w:rPr>
        <w:t>Scénario A4 · 1 page · Gratuit · Association ADéPA</w:t>
      </w:r>
    </w:p>
    <w:tbl>
      <w:tblPr>
        <w:tblW w:type="auto" w:w="0"/>
        <w:jc w:val="center"/>
        <w:tblLook w:firstColumn="1" w:firstRow="1" w:lastColumn="0" w:lastRow="0" w:noHBand="0" w:noVBand="1" w:val="04A0"/>
        <w:tblBorders>
          <w:top w:val="dashed" w:sz="8" w:color="9AA1B4"/>
          <w:left w:val="dashed" w:sz="8" w:color="9AA1B4"/>
          <w:bottom w:val="dashed" w:sz="8" w:color="9AA1B4"/>
          <w:right w:val="dashed" w:sz="8" w:color="9AA1B4"/>
          <w:insideH w:val="dashed" w:sz="8" w:color="9AA1B4"/>
          <w:insideV w:val="dashed" w:sz="8" w:color="9AA1B4"/>
        </w:tblBorders>
      </w:tblPr>
      <w:tblGrid>
        <w:gridCol w:w="5103"/>
        <w:gridCol w:w="5103"/>
      </w:tblGrid>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Quand on est plusieurs, on ne peut pas tous parler ou jouer en même temps.</w:t>
            </w:r>
          </w:p>
        </w:tc>
        <w:tc>
          <w:tcPr>
            <w:tcW w:type="dxa" w:w="5103"/>
          </w:tcPr>
          <w:p>
            <w:pPr>
              <w:jc w:val="center"/>
            </w:pPr>
            <w:r>
              <w:rPr>
                <w:rFonts w:ascii="Segoe UI Emoji" w:hAnsi="Segoe UI Emoji"/>
                <w:b w:val="0"/>
                <w:i w:val="0"/>
                <w:sz w:val="60"/>
              </w:rPr>
              <w:t>⏳</w:t>
            </w:r>
          </w:p>
          <w:p>
            <w:pPr>
              <w:jc w:val="center"/>
            </w:pPr>
            <w:r>
              <w:rPr>
                <w:b/>
                <w:i w:val="0"/>
                <w:color w:val="1E2746"/>
                <w:sz w:val="24"/>
              </w:rPr>
              <w:t>Alors chacun attend son tour.</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Attendre, c’est parfois long. C’est normal de trouver ça difficile.</w:t>
            </w:r>
          </w:p>
        </w:tc>
        <w:tc>
          <w:tcPr>
            <w:tcW w:type="dxa" w:w="5103"/>
          </w:tcPr>
          <w:p>
            <w:pPr>
              <w:jc w:val="center"/>
            </w:pPr>
            <w:r>
              <w:rPr>
                <w:rFonts w:ascii="Segoe UI Emoji" w:hAnsi="Segoe UI Emoji"/>
                <w:b w:val="0"/>
                <w:i w:val="0"/>
                <w:sz w:val="60"/>
              </w:rPr>
              <w:t>🧸</w:t>
            </w:r>
          </w:p>
          <w:p>
            <w:pPr>
              <w:jc w:val="center"/>
            </w:pPr>
            <w:r>
              <w:rPr>
                <w:b/>
                <w:i w:val="0"/>
                <w:color w:val="1E2746"/>
                <w:sz w:val="24"/>
              </w:rPr>
              <w:t>Pendant que j’attends, je peux tenir un objet, compter dans ma tête ou regarder les autres.</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Si c’est trop long, je peux le dire à l’adulte.</w:t>
            </w:r>
          </w:p>
        </w:tc>
        <w:tc>
          <w:tcPr>
            <w:tcW w:type="dxa" w:w="5103"/>
          </w:tcPr>
          <w:p>
            <w:pPr>
              <w:jc w:val="center"/>
            </w:pPr>
            <w:r>
              <w:rPr>
                <w:rFonts w:ascii="Segoe UI Emoji" w:hAnsi="Segoe UI Emoji"/>
                <w:b w:val="0"/>
                <w:i w:val="0"/>
                <w:sz w:val="60"/>
              </w:rPr>
              <w:t>👀</w:t>
            </w:r>
          </w:p>
          <w:p>
            <w:pPr>
              <w:jc w:val="center"/>
            </w:pPr>
            <w:r>
              <w:rPr>
                <w:b/>
                <w:i w:val="0"/>
                <w:color w:val="1E2746"/>
                <w:sz w:val="24"/>
              </w:rPr>
              <w:t>L’adulte me montre quand c’est bientôt à moi.</w:t>
            </w:r>
          </w:p>
        </w:tc>
      </w:tr>
      <w:tr>
        <w:trPr>
          <w:trHeight w:val="2494" w:hRule="atLeast"/>
        </w:trPr>
        <w:tc>
          <w:tcPr>
            <w:tcW w:type="dxa" w:w="5103"/>
          </w:tcPr>
          <w:p>
            <w:pPr>
              <w:jc w:val="center"/>
            </w:pPr>
            <w:r>
              <w:rPr>
                <w:rFonts w:ascii="Segoe UI Emoji" w:hAnsi="Segoe UI Emoji"/>
                <w:b w:val="0"/>
                <w:i w:val="0"/>
                <w:sz w:val="60"/>
              </w:rPr>
              <w:t>😊</w:t>
            </w:r>
          </w:p>
          <w:p>
            <w:pPr>
              <w:jc w:val="center"/>
            </w:pPr>
            <w:r>
              <w:rPr>
                <w:b/>
                <w:i w:val="0"/>
                <w:color w:val="1E2746"/>
                <w:sz w:val="24"/>
              </w:rPr>
              <w:t>Puis c’est mon tour !</w:t>
            </w:r>
          </w:p>
        </w:tc>
        <w:tc>
          <w:tcPr>
            <w:tcW w:type="dxa" w:w="5103"/>
          </w:tcPr>
          <w:p>
            <w:pPr>
              <w:jc w:val="center"/>
            </w:pPr>
            <w:r>
              <w:rPr>
                <w:rFonts w:ascii="Segoe UI Emoji" w:hAnsi="Segoe UI Emoji"/>
                <w:b w:val="0"/>
                <w:i w:val="0"/>
                <w:sz w:val="60"/>
              </w:rPr>
              <w:t>💛</w:t>
            </w:r>
          </w:p>
          <w:p>
            <w:pPr>
              <w:jc w:val="center"/>
            </w:pPr>
            <w:r>
              <w:rPr>
                <w:b/>
                <w:i w:val="0"/>
                <w:color w:val="1E2746"/>
                <w:sz w:val="24"/>
              </w:rPr>
              <w:t>Quand j’attends, les autres sont contents de jouer avec moi.</w:t>
            </w:r>
          </w:p>
        </w:tc>
      </w:tr>
    </w:tbl>
    <w:p/>
    <w:p>
      <w:r>
        <w:rPr>
          <w:b w:val="0"/>
          <w:i w:val="0"/>
          <w:color w:val="5B6275"/>
          <w:sz w:val="17"/>
        </w:rPr>
        <w:t>Un scénario se lit à froid, plusieurs jours avant la situation, puis juste avant. On remplace les images par des photos des vrais lieux et des vraies personnes dès qu’on le peut. Les phrases décrivent et rassurent ; elles n’ordonnent pas.</w:t>
      </w:r>
    </w:p>
    <w:sectPr w:rsidR="00FC693F" w:rsidRPr="0006063C" w:rsidSect="00034616">
      <w:footerReference w:type="default" r:id="rId9"/>
      <w:pgSz w:w="11906" w:h="16838"/>
      <w:pgMar w:top="737" w:right="850" w:bottom="737"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6275"/>
        <w:sz w:val="15"/>
      </w:rPr>
      <w:t>ADéPA · association loi 1901, Melun (77) · Outil gratuit, à utiliser et à copier librement dans votre structure, pas à revendre · les-extras.fr/ressources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Scénario social : attendre mon tour</dc:title>
  <dc:subject/>
  <dc:creator>Association ADéPA</dc:creator>
  <cp:keywords/>
  <dc:description>generated by python-docx</dc:description>
  <cp:lastModifiedBy/>
  <cp:revision>1</cp:revision>
  <dcterms:created xsi:type="dcterms:W3CDTF">2013-12-23T23:15:00Z</dcterms:created>
  <dcterms:modified xsi:type="dcterms:W3CDTF">2013-12-23T23:15:00Z</dcterms:modified>
  <cp:category/>
</cp:coreProperties>
</file>