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5146D8"/>
          <w:sz w:val="17"/>
        </w:rPr>
        <w:t>SCÉNARIO SOCIAL · À LIRE ENSEMBLE</w:t>
      </w:r>
    </w:p>
    <w:p>
      <w:pPr>
        <w:spacing w:after="0"/>
      </w:pPr>
      <w:r>
        <w:rPr>
          <w:b/>
          <w:i w:val="0"/>
          <w:color w:val="1E2746"/>
          <w:sz w:val="44"/>
        </w:rPr>
        <w:t xml:space="preserve">MON HISTOIRE </w:t>
      </w:r>
      <w:r>
        <w:rPr>
          <w:b/>
          <w:i w:val="0"/>
          <w:color w:val="5146D8"/>
          <w:sz w:val="44"/>
        </w:rPr>
        <w:t>QUAND JE PERDS</w:t>
      </w:r>
    </w:p>
    <w:p>
      <w:r>
        <w:rPr>
          <w:b w:val="0"/>
          <w:i/>
          <w:color w:val="5146D8"/>
          <w:sz w:val="24"/>
        </w:rPr>
        <w:t>on joue pour s’amuser</w:t>
      </w:r>
    </w:p>
    <w:p>
      <w:r>
        <w:rPr>
          <w:b w:val="0"/>
          <w:i w:val="0"/>
          <w:color w:val="5B6275"/>
          <w:sz w:val="17"/>
        </w:rPr>
        <w:t>Scénario A4 · 1 page · Gratuit · Association ADéPA</w:t>
      </w:r>
    </w:p>
    <w:tbl>
      <w:tblPr>
        <w:tblW w:type="auto" w:w="0"/>
        <w:jc w:val="center"/>
        <w:tblLook w:firstColumn="1" w:firstRow="1" w:lastColumn="0" w:lastRow="0" w:noHBand="0" w:noVBand="1" w:val="04A0"/>
        <w:tblBorders>
          <w:top w:val="dashed" w:sz="8" w:color="9AA1B4"/>
          <w:left w:val="dashed" w:sz="8" w:color="9AA1B4"/>
          <w:bottom w:val="dashed" w:sz="8" w:color="9AA1B4"/>
          <w:right w:val="dashed" w:sz="8" w:color="9AA1B4"/>
          <w:insideH w:val="dashed" w:sz="8" w:color="9AA1B4"/>
          <w:insideV w:val="dashed" w:sz="8" w:color="9AA1B4"/>
        </w:tblBorders>
      </w:tblPr>
      <w:tblGrid>
        <w:gridCol w:w="5103"/>
        <w:gridCol w:w="5103"/>
      </w:tblGrid>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J’aime jouer avec les autres.</w:t>
            </w:r>
          </w:p>
        </w:tc>
        <w:tc>
          <w:tcPr>
            <w:tcW w:type="dxa" w:w="5103"/>
          </w:tcPr>
          <w:p>
            <w:pPr>
              <w:jc w:val="center"/>
            </w:pPr>
            <w:r>
              <w:rPr>
                <w:rFonts w:ascii="Segoe UI Emoji" w:hAnsi="Segoe UI Emoji"/>
                <w:b w:val="0"/>
                <w:i w:val="0"/>
                <w:sz w:val="60"/>
              </w:rPr>
              <w:t>🏆</w:t>
            </w:r>
          </w:p>
          <w:p>
            <w:pPr>
              <w:jc w:val="center"/>
            </w:pPr>
            <w:r>
              <w:rPr>
                <w:b/>
                <w:i w:val="0"/>
                <w:color w:val="1E2746"/>
                <w:sz w:val="24"/>
              </w:rPr>
              <w:t>Dans un jeu, quelqu’un gagne et quelqu’un perd.</w:t>
            </w:r>
          </w:p>
        </w:tc>
      </w:tr>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Quand je perds, je peux être triste ou en colère.</w:t>
            </w:r>
          </w:p>
        </w:tc>
        <w:tc>
          <w:tcPr>
            <w:tcW w:type="dxa" w:w="5103"/>
          </w:tcPr>
          <w:p>
            <w:pPr>
              <w:jc w:val="center"/>
            </w:pPr>
            <w:r>
              <w:rPr>
                <w:rFonts w:ascii="Segoe UI Emoji" w:hAnsi="Segoe UI Emoji"/>
                <w:b w:val="0"/>
                <w:i w:val="0"/>
                <w:sz w:val="60"/>
              </w:rPr>
              <w:t>😮‍💨</w:t>
            </w:r>
          </w:p>
          <w:p>
            <w:pPr>
              <w:jc w:val="center"/>
            </w:pPr>
            <w:r>
              <w:rPr>
                <w:b/>
                <w:i w:val="0"/>
                <w:color w:val="1E2746"/>
                <w:sz w:val="24"/>
              </w:rPr>
              <w:t>Je peux respirer et dire : « Dommage, je rejouerai. »</w:t>
            </w:r>
          </w:p>
        </w:tc>
      </w:tr>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Je peux féliciter celui qui a gagné.</w:t>
            </w:r>
          </w:p>
        </w:tc>
        <w:tc>
          <w:tcPr>
            <w:tcW w:type="dxa" w:w="5103"/>
          </w:tcPr>
          <w:p>
            <w:pPr>
              <w:jc w:val="center"/>
            </w:pPr>
            <w:r>
              <w:rPr>
                <w:rFonts w:ascii="Segoe UI Emoji" w:hAnsi="Segoe UI Emoji"/>
                <w:b w:val="0"/>
                <w:i w:val="0"/>
                <w:sz w:val="60"/>
              </w:rPr>
              <w:t>🔁</w:t>
            </w:r>
          </w:p>
          <w:p>
            <w:pPr>
              <w:jc w:val="center"/>
            </w:pPr>
            <w:r>
              <w:rPr>
                <w:b/>
                <w:i w:val="0"/>
                <w:color w:val="1E2746"/>
                <w:sz w:val="24"/>
              </w:rPr>
              <w:t>Une autre fois, c’est peut-être moi qui gagnerai.</w:t>
            </w:r>
          </w:p>
        </w:tc>
      </w:tr>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Les autres aiment jouer avec moi quand je reste calme.</w:t>
            </w:r>
          </w:p>
        </w:tc>
        <w:tc>
          <w:tcPr>
            <w:tcW w:type="dxa" w:w="5103"/>
          </w:tcPr>
          <w:p>
            <w:pPr>
              <w:jc w:val="center"/>
            </w:pPr>
            <w:r>
              <w:rPr>
                <w:rFonts w:ascii="Segoe UI Emoji" w:hAnsi="Segoe UI Emoji"/>
                <w:b w:val="0"/>
                <w:i w:val="0"/>
                <w:sz w:val="60"/>
              </w:rPr>
              <w:t>😊</w:t>
            </w:r>
          </w:p>
          <w:p>
            <w:pPr>
              <w:jc w:val="center"/>
            </w:pPr>
            <w:r>
              <w:rPr>
                <w:b/>
                <w:i w:val="0"/>
                <w:color w:val="1E2746"/>
                <w:sz w:val="24"/>
              </w:rPr>
              <w:t>Le plus important, c’est de jouer ensemble.</w:t>
            </w:r>
          </w:p>
        </w:tc>
      </w:tr>
    </w:tbl>
    <w:p/>
    <w:p>
      <w:r>
        <w:rPr>
          <w:b w:val="0"/>
          <w:i w:val="0"/>
          <w:color w:val="5B6275"/>
          <w:sz w:val="17"/>
        </w:rPr>
        <w:t>Un scénario se lit à froid, plusieurs jours avant la situation, puis juste avant. On remplace les images par des photos des vrais lieux et des vraies personnes dès qu’on le peut. Les phrases décrivent et rassurent ; elles n’ordonnent pas.</w:t>
      </w:r>
    </w:p>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6275"/>
        <w:sz w:val="15"/>
      </w:rPr>
      <w:t>ADéPA · association loi 1901, Melun (77) · Outil gratuit, à utiliser et à copier librement dans votre structure, pas à revendre · les-extras.fr/ressources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74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Scénario social : quand je perds à un jeu</dc:title>
  <dc:subject/>
  <dc:creator>Association ADéPA</dc:creator>
  <cp:keywords/>
  <dc:description>generated by python-docx</dc:description>
  <cp:lastModifiedBy/>
  <cp:revision>1</cp:revision>
  <dcterms:created xsi:type="dcterms:W3CDTF">2013-12-23T23:15:00Z</dcterms:created>
  <dcterms:modified xsi:type="dcterms:W3CDTF">2013-12-23T23:15:00Z</dcterms:modified>
  <cp:category/>
</cp:coreProperties>
</file>