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5146D8"/>
          <w:sz w:val="17"/>
        </w:rPr>
        <w:t>SCÉNARIO SOCIAL · À LIRE ENSEMBLE</w:t>
      </w:r>
    </w:p>
    <w:p>
      <w:pPr>
        <w:spacing w:after="0"/>
      </w:pPr>
      <w:r>
        <w:rPr>
          <w:b/>
          <w:i w:val="0"/>
          <w:color w:val="1E2746"/>
          <w:sz w:val="44"/>
        </w:rPr>
        <w:t xml:space="preserve">MON HISTOIRE </w:t>
      </w:r>
      <w:r>
        <w:rPr>
          <w:b/>
          <w:i w:val="0"/>
          <w:color w:val="5146D8"/>
          <w:sz w:val="44"/>
        </w:rPr>
        <w:t>QUAND ÇA CHANGE</w:t>
      </w:r>
    </w:p>
    <w:p>
      <w:r>
        <w:rPr>
          <w:b w:val="0"/>
          <w:i/>
          <w:color w:val="5146D8"/>
          <w:sz w:val="24"/>
        </w:rPr>
        <w:t>il y a toujours une suite</w:t>
      </w:r>
    </w:p>
    <w:p>
      <w:r>
        <w:rPr>
          <w:b w:val="0"/>
          <w:i w:val="0"/>
          <w:color w:val="5B6275"/>
          <w:sz w:val="17"/>
        </w:rPr>
        <w:t>Scénario A4 · 1 page · Gratuit · Association ADéPA</w:t>
      </w:r>
    </w:p>
    <w:tbl>
      <w:tblPr>
        <w:tblW w:type="auto" w:w="0"/>
        <w:jc w:val="center"/>
        <w:tblLook w:firstColumn="1" w:firstRow="1" w:lastColumn="0" w:lastRow="0" w:noHBand="0" w:noVBand="1" w:val="04A0"/>
        <w:tblBorders>
          <w:top w:val="dashed" w:sz="8" w:color="9AA1B4"/>
          <w:left w:val="dashed" w:sz="8" w:color="9AA1B4"/>
          <w:bottom w:val="dashed" w:sz="8" w:color="9AA1B4"/>
          <w:right w:val="dashed" w:sz="8" w:color="9AA1B4"/>
          <w:insideH w:val="dashed" w:sz="8" w:color="9AA1B4"/>
          <w:insideV w:val="dashed" w:sz="8" w:color="9AA1B4"/>
        </w:tblBorders>
      </w:tblPr>
      <w:tblGrid>
        <w:gridCol w:w="5103"/>
        <w:gridCol w:w="5103"/>
      </w:tblGrid>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Chaque jour, il y a un programme. Je sais ce qui va se passer.</w:t>
            </w:r>
          </w:p>
        </w:tc>
        <w:tc>
          <w:tcPr>
            <w:tcW w:type="dxa" w:w="5103"/>
          </w:tcPr>
          <w:p>
            <w:pPr>
              <w:jc w:val="center"/>
            </w:pPr>
            <w:r>
              <w:rPr>
                <w:rFonts w:ascii="Segoe UI Emoji" w:hAnsi="Segoe UI Emoji"/>
                <w:b w:val="0"/>
                <w:i w:val="0"/>
                <w:sz w:val="60"/>
              </w:rPr>
              <w:t>🌧️</w:t>
            </w:r>
          </w:p>
          <w:p>
            <w:pPr>
              <w:jc w:val="center"/>
            </w:pPr>
            <w:r>
              <w:rPr>
                <w:b/>
                <w:i w:val="0"/>
                <w:color w:val="1E2746"/>
                <w:sz w:val="24"/>
              </w:rPr>
              <w:t>Parfois, le programme change : la pluie, une personne absente, un imprévu.</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Quand ça change, je peux être surpris ou déçu. C’est normal.</w:t>
            </w:r>
          </w:p>
        </w:tc>
        <w:tc>
          <w:tcPr>
            <w:tcW w:type="dxa" w:w="5103"/>
          </w:tcPr>
          <w:p>
            <w:pPr>
              <w:jc w:val="center"/>
            </w:pPr>
            <w:r>
              <w:rPr>
                <w:rFonts w:ascii="Segoe UI Emoji" w:hAnsi="Segoe UI Emoji"/>
                <w:b w:val="0"/>
                <w:i w:val="0"/>
                <w:sz w:val="60"/>
              </w:rPr>
              <w:t>🗣️</w:t>
            </w:r>
          </w:p>
          <w:p>
            <w:pPr>
              <w:jc w:val="center"/>
            </w:pPr>
            <w:r>
              <w:rPr>
                <w:b/>
                <w:i w:val="0"/>
                <w:color w:val="1E2746"/>
                <w:sz w:val="24"/>
              </w:rPr>
              <w:t>L’adulte me dit ce qui change et pourquoi.</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L’adulte me montre ce qu’on va faire à la place.</w:t>
            </w:r>
          </w:p>
        </w:tc>
        <w:tc>
          <w:tcPr>
            <w:tcW w:type="dxa" w:w="5103"/>
          </w:tcPr>
          <w:p>
            <w:pPr>
              <w:jc w:val="center"/>
            </w:pPr>
            <w:r>
              <w:rPr>
                <w:rFonts w:ascii="Segoe UI Emoji" w:hAnsi="Segoe UI Emoji"/>
                <w:b w:val="0"/>
                <w:i w:val="0"/>
                <w:sz w:val="60"/>
              </w:rPr>
              <w:t>🧸</w:t>
            </w:r>
          </w:p>
          <w:p>
            <w:pPr>
              <w:jc w:val="center"/>
            </w:pPr>
            <w:r>
              <w:rPr>
                <w:b/>
                <w:i w:val="0"/>
                <w:color w:val="1E2746"/>
                <w:sz w:val="24"/>
              </w:rPr>
              <w:t>Je peux tenir mon objet ou demander une pause.</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Ce qui était prévu peut parfois revenir un autre jour.</w:t>
            </w:r>
          </w:p>
        </w:tc>
        <w:tc>
          <w:tcPr>
            <w:tcW w:type="dxa" w:w="5103"/>
          </w:tcPr>
          <w:p>
            <w:pPr>
              <w:jc w:val="center"/>
            </w:pPr>
            <w:r>
              <w:rPr>
                <w:rFonts w:ascii="Segoe UI Emoji" w:hAnsi="Segoe UI Emoji"/>
                <w:b w:val="0"/>
                <w:i w:val="0"/>
                <w:sz w:val="60"/>
              </w:rPr>
              <w:t>😊</w:t>
            </w:r>
          </w:p>
          <w:p>
            <w:pPr>
              <w:jc w:val="center"/>
            </w:pPr>
            <w:r>
              <w:rPr>
                <w:b/>
                <w:i w:val="0"/>
                <w:color w:val="1E2746"/>
                <w:sz w:val="24"/>
              </w:rPr>
              <w:t>Même quand ça change, la journée continue.</w:t>
            </w:r>
          </w:p>
        </w:tc>
      </w:tr>
    </w:tbl>
    <w:p/>
    <w:p>
      <w:r>
        <w:rPr>
          <w:b w:val="0"/>
          <w:i w:val="0"/>
          <w:color w:val="5B6275"/>
          <w:sz w:val="17"/>
        </w:rPr>
        <w:t>Un scénario se lit à froid, plusieurs jours avant la situation, puis juste avant. On remplace les images par des photos des vrais lieux et des vraies personnes dès qu’on le peut. Les phrases décrivent et rassurent ; elles n’ordonnent pas.</w:t>
      </w:r>
    </w:p>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275"/>
        <w:sz w:val="15"/>
      </w:rPr>
      <w:t>ADéPA · association loi 1901, Melun (77) · Outil gratuit, à utiliser et à copier librement dans votre structure, pas à revendre · les-extras.fr/ressources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Scénario social : quand le programme change</dc:title>
  <dc:subject/>
  <dc:creator>Association ADéPA</dc:creator>
  <cp:keywords/>
  <dc:description>generated by python-docx</dc:description>
  <cp:lastModifiedBy/>
  <cp:revision>1</cp:revision>
  <dcterms:created xsi:type="dcterms:W3CDTF">2013-12-23T23:15:00Z</dcterms:created>
  <dcterms:modified xsi:type="dcterms:W3CDTF">2013-12-23T23:15:00Z</dcterms:modified>
  <cp:category/>
</cp:coreProperties>
</file>