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SÉQUENTIEL · HYGIÈNE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JE ME BROSSE </w:t>
      </w:r>
      <w:r>
        <w:rPr>
          <w:b/>
          <w:i w:val="0"/>
          <w:color w:val="5146D8"/>
          <w:sz w:val="44"/>
        </w:rPr>
        <w:t>LES DENTS</w:t>
      </w:r>
    </w:p>
    <w:p>
      <w:r>
        <w:rPr>
          <w:b w:val="0"/>
          <w:i/>
          <w:color w:val="5146D8"/>
          <w:sz w:val="24"/>
        </w:rPr>
        <w:t>matin et soir</w:t>
      </w:r>
    </w:p>
    <w:p>
      <w:r>
        <w:rPr>
          <w:b w:val="0"/>
          <w:i w:val="0"/>
          <w:color w:val="5B6275"/>
          <w:sz w:val="17"/>
        </w:rPr>
        <w:t>Séquentiel A4 · 1 page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🪥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1. Je prends ma brosse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🧴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2. Je mets un peu de dentifrice</w:t>
            </w:r>
          </w:p>
        </w:tc>
      </w:tr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⬆️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3. Je brosse les dents du haut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⬇️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4. Je brosse les dents du bas</w:t>
            </w:r>
          </w:p>
        </w:tc>
      </w:tr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↔️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5. Devant, derrière, dessus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💦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6. Je crache</w:t>
            </w:r>
          </w:p>
        </w:tc>
      </w:tr>
      <w:tr>
        <w:trPr>
          <w:trHeight w:val="260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🚰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7. Je rince ma brosse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😁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8. J’ai les dents propres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Séquentiel : se brosser les dents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