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PROJET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TRAME </w:t>
      </w:r>
      <w:r>
        <w:rPr>
          <w:b/>
          <w:i w:val="0"/>
          <w:color w:val="5146D8"/>
          <w:sz w:val="44"/>
        </w:rPr>
        <w:t>PROJET PERSONNALISÉ</w:t>
      </w:r>
    </w:p>
    <w:p>
      <w:r>
        <w:rPr>
          <w:b w:val="0"/>
          <w:i/>
          <w:color w:val="5146D8"/>
          <w:sz w:val="24"/>
        </w:rPr>
        <w:t>construit avec la personne</w:t>
      </w:r>
    </w:p>
    <w:p>
      <w:r>
        <w:rPr>
          <w:b w:val="0"/>
          <w:i w:val="0"/>
          <w:color w:val="5B6275"/>
          <w:sz w:val="17"/>
        </w:rPr>
        <w:t>Trame A4 · 2 pages · Gratuit · Association ADéPA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LA PERSONNE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Nom et prénom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de la rencontre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Présents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Référent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QUE LA PERSONNE SOUHAITE, AVEC SES MOTS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QUE SOUHAITE SA FAMILLE OU SON REPRÉSENTANT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QUI VA BIEN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D9454B"/>
          <w:sz w:val="19"/>
        </w:rPr>
        <w:t>CE QUI EST DIFFICILE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r>
        <w:br w:type="page"/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OBJECTIFS RETENUS ENSEMBLE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654"/>
        <w:gridCol w:w="2654"/>
        <w:gridCol w:w="2041"/>
        <w:gridCol w:w="1225"/>
        <w:gridCol w:w="1633"/>
      </w:tblGrid>
      <w:tr>
        <w:tc>
          <w:tcPr>
            <w:tcW w:type="dxa" w:w="265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Objectif</w:t>
            </w:r>
          </w:p>
        </w:tc>
        <w:tc>
          <w:tcPr>
            <w:tcW w:type="dxa" w:w="265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On saura que c’est atteint quand</w:t>
            </w:r>
          </w:p>
        </w:tc>
        <w:tc>
          <w:tcPr>
            <w:tcW w:type="dxa" w:w="204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Moyens</w:t>
            </w:r>
          </w:p>
        </w:tc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Échéance</w:t>
            </w:r>
          </w:p>
        </w:tc>
      </w:tr>
      <w:tr>
        <w:trPr>
          <w:trHeight w:val="1020" w:hRule="atLeast"/>
        </w:trPr>
        <w:tc>
          <w:tcPr>
            <w:tcW w:type="dxa" w:w="2654"/>
          </w:tcPr>
          <w:p/>
        </w:tc>
        <w:tc>
          <w:tcPr>
            <w:tcW w:type="dxa" w:w="2654"/>
          </w:tcPr>
          <w:p/>
        </w:tc>
        <w:tc>
          <w:tcPr>
            <w:tcW w:type="dxa" w:w="2041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1020" w:hRule="atLeast"/>
        </w:trPr>
        <w:tc>
          <w:tcPr>
            <w:tcW w:type="dxa" w:w="2654"/>
          </w:tcPr>
          <w:p/>
        </w:tc>
        <w:tc>
          <w:tcPr>
            <w:tcW w:type="dxa" w:w="2654"/>
          </w:tcPr>
          <w:p/>
        </w:tc>
        <w:tc>
          <w:tcPr>
            <w:tcW w:type="dxa" w:w="2041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1020" w:hRule="atLeast"/>
        </w:trPr>
        <w:tc>
          <w:tcPr>
            <w:tcW w:type="dxa" w:w="2654"/>
          </w:tcPr>
          <w:p/>
        </w:tc>
        <w:tc>
          <w:tcPr>
            <w:tcW w:type="dxa" w:w="2654"/>
          </w:tcPr>
          <w:p/>
        </w:tc>
        <w:tc>
          <w:tcPr>
            <w:tcW w:type="dxa" w:w="2041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1020" w:hRule="atLeast"/>
        </w:trPr>
        <w:tc>
          <w:tcPr>
            <w:tcW w:type="dxa" w:w="2654"/>
          </w:tcPr>
          <w:p/>
        </w:tc>
        <w:tc>
          <w:tcPr>
            <w:tcW w:type="dxa" w:w="2654"/>
          </w:tcPr>
          <w:p/>
        </w:tc>
        <w:tc>
          <w:tcPr>
            <w:tcW w:type="dxa" w:w="2041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1020" w:hRule="atLeast"/>
        </w:trPr>
        <w:tc>
          <w:tcPr>
            <w:tcW w:type="dxa" w:w="2654"/>
          </w:tcPr>
          <w:p/>
        </w:tc>
        <w:tc>
          <w:tcPr>
            <w:tcW w:type="dxa" w:w="2654"/>
          </w:tcPr>
          <w:p/>
        </w:tc>
        <w:tc>
          <w:tcPr>
            <w:tcW w:type="dxa" w:w="2041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Date du prochain point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Avis de la personne sur ce projet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3402"/>
        <w:gridCol w:w="3402"/>
        <w:gridCol w:w="3402"/>
      </w:tblGrid>
      <w:tr>
        <w:trPr>
          <w:trHeight w:val="1361" w:hRule="atLeast"/>
        </w:trPr>
        <w:tc>
          <w:tcPr>
            <w:tcW w:type="dxa" w:w="3402"/>
          </w:tcPr>
          <w:p>
            <w:r>
              <w:rPr>
                <w:b/>
                <w:i w:val="0"/>
                <w:color w:val="5146D8"/>
                <w:sz w:val="17"/>
              </w:rPr>
              <w:t>LA PERSONNE</w:t>
            </w:r>
          </w:p>
        </w:tc>
        <w:tc>
          <w:tcPr>
            <w:tcW w:type="dxa" w:w="3402"/>
          </w:tcPr>
          <w:p>
            <w:r>
              <w:rPr>
                <w:b/>
                <w:i w:val="0"/>
                <w:color w:val="5146D8"/>
                <w:sz w:val="17"/>
              </w:rPr>
              <w:t>SON REPRÉSENTANT</w:t>
            </w:r>
          </w:p>
        </w:tc>
        <w:tc>
          <w:tcPr>
            <w:tcW w:type="dxa" w:w="3402"/>
          </w:tcPr>
          <w:p>
            <w:r>
              <w:rPr>
                <w:b/>
                <w:i w:val="0"/>
                <w:color w:val="5146D8"/>
                <w:sz w:val="17"/>
              </w:rPr>
              <w:t>LE RÉFÉRENT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 : projet personnalisé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